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C81" w:rsidRDefault="00605C81"/>
    <w:p w:rsidR="0078038A" w:rsidRPr="0078038A" w:rsidRDefault="0078038A" w:rsidP="0078038A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val="es-MX" w:eastAsia="es-MX"/>
        </w:rPr>
      </w:pPr>
      <w:bookmarkStart w:id="0" w:name="_GoBack"/>
      <w:r w:rsidRPr="0078038A">
        <w:rPr>
          <w:rFonts w:ascii="Calibri" w:eastAsia="Times New Roman" w:hAnsi="Calibri" w:cs="Calibri"/>
          <w:color w:val="000000"/>
          <w:lang w:val="es-MX" w:eastAsia="es-MX"/>
        </w:rPr>
        <w:t>Este Sujeto Obligado si tiene asignado en la tabla de aplicabilidad la obligación difundir la informaci</w:t>
      </w:r>
      <w:r>
        <w:rPr>
          <w:rFonts w:ascii="Calibri" w:eastAsia="Times New Roman" w:hAnsi="Calibri" w:cs="Calibri"/>
          <w:color w:val="000000"/>
          <w:lang w:val="es-MX" w:eastAsia="es-MX"/>
        </w:rPr>
        <w:t>ón establecida en el Artículo 85</w:t>
      </w:r>
      <w:r w:rsidRPr="0078038A">
        <w:rPr>
          <w:rFonts w:ascii="Calibri" w:eastAsia="Times New Roman" w:hAnsi="Calibri" w:cs="Calibri"/>
          <w:color w:val="000000"/>
          <w:lang w:val="es-MX" w:eastAsia="es-MX"/>
        </w:rPr>
        <w:t xml:space="preserve"> Fracción </w:t>
      </w:r>
      <w:r>
        <w:rPr>
          <w:rFonts w:ascii="Calibri" w:eastAsia="Times New Roman" w:hAnsi="Calibri" w:cs="Calibri"/>
          <w:color w:val="000000"/>
          <w:lang w:val="es-MX" w:eastAsia="es-MX"/>
        </w:rPr>
        <w:t xml:space="preserve">ID2 </w:t>
      </w:r>
      <w:r w:rsidRPr="0078038A">
        <w:rPr>
          <w:rFonts w:ascii="Calibri" w:eastAsia="Times New Roman" w:hAnsi="Calibri" w:cs="Calibri"/>
          <w:color w:val="000000"/>
          <w:lang w:val="es-MX" w:eastAsia="es-MX"/>
        </w:rPr>
        <w:t xml:space="preserve">de la Ley de Transparencia y Acceso a la Información Pública en el Estado de San Luis Potosí; sin embargo, ESTE SUJETO OBLIGADO NO GENERA ESTA INFORMACIÓN en razón de que es un organismo descentralizado cuyo objeto es proporcionar servicios de asistencia social encaminados a la protección y ayuda de personas, familias o grupos en situación vulnerable, en tanto superen su condición de desventaja, abandono o desprotección física, mental, jurídica y social que estén en condición de reintegrarse a la sociedad, así como la coordinación de acciones con las esferas municipal, estatal, federal, y la promoción de la Asistencia Privada, asistencia que se lleva a cabo con </w:t>
      </w:r>
      <w:r w:rsidRPr="0078038A">
        <w:rPr>
          <w:rFonts w:ascii="Calibri" w:eastAsia="Times New Roman" w:hAnsi="Calibri" w:cs="Calibri"/>
          <w:b/>
          <w:color w:val="000000"/>
          <w:sz w:val="24"/>
          <w:lang w:val="es-MX" w:eastAsia="es-MX"/>
        </w:rPr>
        <w:t>recursos municipales de acuerdo a la participación mensual que el ayuntamiento le otorga</w:t>
      </w:r>
      <w:r w:rsidRPr="0078038A">
        <w:rPr>
          <w:rFonts w:ascii="Calibri" w:eastAsia="Times New Roman" w:hAnsi="Calibri" w:cs="Calibri"/>
          <w:color w:val="000000"/>
          <w:lang w:val="es-MX" w:eastAsia="es-MX"/>
        </w:rPr>
        <w:t xml:space="preserve">, lo cual se fundamenta en el Artículo 2 del Reglamento Interno de este Sistema. Por lo anterior expuesto este Sujeto Obligado no </w:t>
      </w:r>
      <w:r>
        <w:rPr>
          <w:rFonts w:ascii="Calibri" w:eastAsia="Times New Roman" w:hAnsi="Calibri" w:cs="Calibri"/>
          <w:color w:val="000000"/>
          <w:lang w:val="es-MX" w:eastAsia="es-MX"/>
        </w:rPr>
        <w:t>genera esta información</w:t>
      </w:r>
      <w:r w:rsidRPr="0078038A">
        <w:rPr>
          <w:rFonts w:ascii="Calibri" w:eastAsia="Times New Roman" w:hAnsi="Calibri" w:cs="Calibri"/>
          <w:color w:val="000000"/>
          <w:lang w:val="es-MX" w:eastAsia="es-MX"/>
        </w:rPr>
        <w:t>, ya que todas las actividades que el sistema realiza en beneficio de la com</w:t>
      </w:r>
      <w:r>
        <w:rPr>
          <w:rFonts w:ascii="Calibri" w:eastAsia="Times New Roman" w:hAnsi="Calibri" w:cs="Calibri"/>
          <w:color w:val="000000"/>
          <w:lang w:val="es-MX" w:eastAsia="es-MX"/>
        </w:rPr>
        <w:t xml:space="preserve">unidad se llevan a cabo, como ya se mencionó anteriormente, </w:t>
      </w:r>
      <w:r w:rsidRPr="0078038A">
        <w:rPr>
          <w:rFonts w:ascii="Calibri" w:eastAsia="Times New Roman" w:hAnsi="Calibri" w:cs="Calibri"/>
          <w:color w:val="000000"/>
          <w:lang w:val="es-MX" w:eastAsia="es-MX"/>
        </w:rPr>
        <w:t>con los recursos que el municipio le otorga. Llenando el formato para cumplimiento en apego a los criterios y lineamientos para el llenado del mismo.</w:t>
      </w:r>
    </w:p>
    <w:bookmarkEnd w:id="0"/>
    <w:p w:rsidR="00605C81" w:rsidRDefault="00605C81" w:rsidP="0078038A">
      <w:pPr>
        <w:spacing w:after="240"/>
        <w:jc w:val="both"/>
      </w:pPr>
    </w:p>
    <w:sectPr w:rsidR="00605C81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509C"/>
    <w:rsid w:val="0015074B"/>
    <w:rsid w:val="001E15A7"/>
    <w:rsid w:val="0029639D"/>
    <w:rsid w:val="00326F90"/>
    <w:rsid w:val="00605C81"/>
    <w:rsid w:val="0078038A"/>
    <w:rsid w:val="00AA1D8D"/>
    <w:rsid w:val="00B47730"/>
    <w:rsid w:val="00CB0664"/>
    <w:rsid w:val="00CC3938"/>
    <w:rsid w:val="00D84D30"/>
    <w:rsid w:val="00D91F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CC41E6"/>
  <w14:defaultImageDpi w14:val="300"/>
  <w15:docId w15:val="{B54DE7B0-D5EF-174C-BB12-8C8B64007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5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B72F4D-4693-4200-8B28-9770BEC4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207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demian Alberto</cp:lastModifiedBy>
  <cp:revision>5</cp:revision>
  <dcterms:created xsi:type="dcterms:W3CDTF">2026-09-03T01:16:00Z</dcterms:created>
  <dcterms:modified xsi:type="dcterms:W3CDTF">2026-09-03T02:22:00Z</dcterms:modified>
  <cp:category/>
</cp:coreProperties>
</file>