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C7F9CF" w14:textId="52984454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b/>
          <w:bCs/>
          <w:lang w:val="es-MX"/>
        </w:rPr>
        <w:t>Martín Eduardo Estrada Jonguitud</w:t>
      </w:r>
      <w:r w:rsidRPr="00B721DC">
        <w:rPr>
          <w:lang w:val="es-MX"/>
        </w:rPr>
        <w:br/>
        <w:t>me709370@gmail.com</w:t>
      </w:r>
    </w:p>
    <w:p w14:paraId="7969696B" w14:textId="77777777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lang w:val="es-MX"/>
        </w:rPr>
        <w:t>Persona responsable, comprometida y con experiencia en áreas de seguridad, monitoreo, atención al cliente y recepción. Con habilidades en manejo de equipo de cómputo, software de oficina y sistemas de videovigilancia (CCTV). Dispuesto a aprender y adaptarse a nuevos retos, con actitud positiva y orientación a resultados.</w:t>
      </w:r>
    </w:p>
    <w:p w14:paraId="5BFE38C9" w14:textId="77777777" w:rsidR="006E7047" w:rsidRPr="00B721DC" w:rsidRDefault="00000000" w:rsidP="007E236E">
      <w:pPr>
        <w:pStyle w:val="Ttulo2"/>
        <w:spacing w:line="240" w:lineRule="auto"/>
        <w:rPr>
          <w:color w:val="000000" w:themeColor="text1"/>
          <w:lang w:val="es-MX"/>
        </w:rPr>
      </w:pPr>
      <w:r w:rsidRPr="00B721DC">
        <w:rPr>
          <w:color w:val="000000" w:themeColor="text1"/>
          <w:lang w:val="es-MX"/>
        </w:rPr>
        <w:t>Datos Personales</w:t>
      </w:r>
    </w:p>
    <w:p w14:paraId="42D56E3B" w14:textId="7C305F43" w:rsidR="006E7047" w:rsidRPr="00B721DC" w:rsidRDefault="00000000" w:rsidP="007E236E">
      <w:pPr>
        <w:spacing w:line="240" w:lineRule="auto"/>
        <w:rPr>
          <w:color w:val="000000" w:themeColor="text1"/>
          <w:lang w:val="es-MX"/>
        </w:rPr>
      </w:pPr>
      <w:r w:rsidRPr="00B721DC">
        <w:rPr>
          <w:lang w:val="es-MX"/>
        </w:rPr>
        <w:t>Fecha de nacimiento: 26 de enero de 1999</w:t>
      </w:r>
      <w:r w:rsidRPr="00B721DC">
        <w:rPr>
          <w:lang w:val="es-MX"/>
        </w:rPr>
        <w:br/>
        <w:t>Edad: 26 años</w:t>
      </w:r>
    </w:p>
    <w:p w14:paraId="4DB27F62" w14:textId="77777777" w:rsidR="006E7047" w:rsidRPr="00B721DC" w:rsidRDefault="00000000" w:rsidP="007E236E">
      <w:pPr>
        <w:pStyle w:val="Ttulo2"/>
        <w:spacing w:line="240" w:lineRule="auto"/>
        <w:rPr>
          <w:color w:val="000000" w:themeColor="text1"/>
          <w:lang w:val="es-MX"/>
        </w:rPr>
      </w:pPr>
      <w:r w:rsidRPr="00B721DC">
        <w:rPr>
          <w:color w:val="000000" w:themeColor="text1"/>
          <w:lang w:val="es-MX"/>
        </w:rPr>
        <w:t>Objetivo Personal</w:t>
      </w:r>
    </w:p>
    <w:p w14:paraId="53CD9EF4" w14:textId="77777777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lang w:val="es-MX"/>
        </w:rPr>
        <w:t>“Mejorar con cada obstáculo de la vida y darle una vida digna a mi familia.”</w:t>
      </w:r>
    </w:p>
    <w:p w14:paraId="1257D401" w14:textId="77777777" w:rsidR="006E7047" w:rsidRPr="002C7869" w:rsidRDefault="00000000" w:rsidP="007E236E">
      <w:pPr>
        <w:pStyle w:val="Ttulo2"/>
        <w:spacing w:line="240" w:lineRule="auto"/>
        <w:rPr>
          <w:color w:val="000000" w:themeColor="text1"/>
        </w:rPr>
      </w:pPr>
      <w:r w:rsidRPr="002C7869">
        <w:rPr>
          <w:color w:val="000000" w:themeColor="text1"/>
        </w:rPr>
        <w:t>Escolaridad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E7047" w14:paraId="7B4E8A75" w14:textId="77777777">
        <w:tc>
          <w:tcPr>
            <w:tcW w:w="2880" w:type="dxa"/>
          </w:tcPr>
          <w:p w14:paraId="4E6CEA47" w14:textId="77777777" w:rsidR="006E7047" w:rsidRDefault="00000000" w:rsidP="007E236E">
            <w:pPr>
              <w:spacing w:line="240" w:lineRule="auto"/>
            </w:pPr>
            <w:r>
              <w:t>Nivel</w:t>
            </w:r>
          </w:p>
        </w:tc>
        <w:tc>
          <w:tcPr>
            <w:tcW w:w="2880" w:type="dxa"/>
          </w:tcPr>
          <w:p w14:paraId="43647D4F" w14:textId="77777777" w:rsidR="006E7047" w:rsidRDefault="00000000" w:rsidP="007E236E">
            <w:pPr>
              <w:spacing w:line="240" w:lineRule="auto"/>
            </w:pPr>
            <w:r>
              <w:t>Institución</w:t>
            </w:r>
          </w:p>
        </w:tc>
        <w:tc>
          <w:tcPr>
            <w:tcW w:w="2880" w:type="dxa"/>
          </w:tcPr>
          <w:p w14:paraId="01281F89" w14:textId="77777777" w:rsidR="006E7047" w:rsidRDefault="00000000" w:rsidP="007E236E">
            <w:pPr>
              <w:spacing w:line="240" w:lineRule="auto"/>
            </w:pPr>
            <w:r>
              <w:t>Ciudad</w:t>
            </w:r>
          </w:p>
        </w:tc>
      </w:tr>
      <w:tr w:rsidR="006E7047" w14:paraId="2C9FF755" w14:textId="77777777">
        <w:tc>
          <w:tcPr>
            <w:tcW w:w="2880" w:type="dxa"/>
          </w:tcPr>
          <w:p w14:paraId="0F22937C" w14:textId="77777777" w:rsidR="006E7047" w:rsidRDefault="00000000" w:rsidP="007E236E">
            <w:pPr>
              <w:spacing w:line="240" w:lineRule="auto"/>
            </w:pPr>
            <w:r>
              <w:t>Primaria</w:t>
            </w:r>
          </w:p>
        </w:tc>
        <w:tc>
          <w:tcPr>
            <w:tcW w:w="2880" w:type="dxa"/>
          </w:tcPr>
          <w:p w14:paraId="3C80A722" w14:textId="77777777" w:rsidR="006E7047" w:rsidRDefault="00000000" w:rsidP="007E236E">
            <w:pPr>
              <w:spacing w:line="240" w:lineRule="auto"/>
            </w:pPr>
            <w:r>
              <w:t>Leona Vicario</w:t>
            </w:r>
          </w:p>
        </w:tc>
        <w:tc>
          <w:tcPr>
            <w:tcW w:w="2880" w:type="dxa"/>
          </w:tcPr>
          <w:p w14:paraId="2E9887D6" w14:textId="77777777" w:rsidR="006E7047" w:rsidRDefault="00000000" w:rsidP="007E236E">
            <w:pPr>
              <w:spacing w:line="240" w:lineRule="auto"/>
            </w:pPr>
            <w:r>
              <w:t>Cd. Valles, S.L.P.</w:t>
            </w:r>
          </w:p>
        </w:tc>
      </w:tr>
      <w:tr w:rsidR="006E7047" w14:paraId="428AFB08" w14:textId="77777777">
        <w:tc>
          <w:tcPr>
            <w:tcW w:w="2880" w:type="dxa"/>
          </w:tcPr>
          <w:p w14:paraId="0FE04283" w14:textId="77777777" w:rsidR="006E7047" w:rsidRDefault="00000000" w:rsidP="007E236E">
            <w:pPr>
              <w:spacing w:line="240" w:lineRule="auto"/>
            </w:pPr>
            <w:r>
              <w:t>Secundaria</w:t>
            </w:r>
          </w:p>
        </w:tc>
        <w:tc>
          <w:tcPr>
            <w:tcW w:w="2880" w:type="dxa"/>
          </w:tcPr>
          <w:p w14:paraId="29644BC5" w14:textId="77777777" w:rsidR="006E7047" w:rsidRDefault="00000000" w:rsidP="007E236E">
            <w:pPr>
              <w:spacing w:line="240" w:lineRule="auto"/>
            </w:pPr>
            <w:r>
              <w:t>Esc. Sec. Tec. #69</w:t>
            </w:r>
          </w:p>
        </w:tc>
        <w:tc>
          <w:tcPr>
            <w:tcW w:w="2880" w:type="dxa"/>
          </w:tcPr>
          <w:p w14:paraId="07BB968B" w14:textId="77777777" w:rsidR="006E7047" w:rsidRDefault="00000000" w:rsidP="007E236E">
            <w:pPr>
              <w:spacing w:line="240" w:lineRule="auto"/>
            </w:pPr>
            <w:r>
              <w:t>Cd. Valles, S.L.P.</w:t>
            </w:r>
          </w:p>
        </w:tc>
      </w:tr>
      <w:tr w:rsidR="006E7047" w14:paraId="2F208A1C" w14:textId="77777777">
        <w:tc>
          <w:tcPr>
            <w:tcW w:w="2880" w:type="dxa"/>
          </w:tcPr>
          <w:p w14:paraId="68CD4602" w14:textId="77777777" w:rsidR="006E7047" w:rsidRDefault="00000000" w:rsidP="007E236E">
            <w:pPr>
              <w:spacing w:line="240" w:lineRule="auto"/>
            </w:pPr>
            <w:r>
              <w:t>Preparatoria</w:t>
            </w:r>
          </w:p>
        </w:tc>
        <w:tc>
          <w:tcPr>
            <w:tcW w:w="2880" w:type="dxa"/>
          </w:tcPr>
          <w:p w14:paraId="2603AE58" w14:textId="77777777" w:rsidR="006E7047" w:rsidRDefault="00000000" w:rsidP="007E236E">
            <w:pPr>
              <w:spacing w:line="240" w:lineRule="auto"/>
            </w:pPr>
            <w:r>
              <w:t>ICI</w:t>
            </w:r>
          </w:p>
        </w:tc>
        <w:tc>
          <w:tcPr>
            <w:tcW w:w="2880" w:type="dxa"/>
          </w:tcPr>
          <w:p w14:paraId="764423DB" w14:textId="77777777" w:rsidR="006E7047" w:rsidRDefault="00000000" w:rsidP="007E236E">
            <w:pPr>
              <w:spacing w:line="240" w:lineRule="auto"/>
            </w:pPr>
            <w:r>
              <w:t>Cd. Valles, S.L.P.</w:t>
            </w:r>
          </w:p>
        </w:tc>
      </w:tr>
    </w:tbl>
    <w:p w14:paraId="0E5F3043" w14:textId="2DEC4432" w:rsidR="006E7047" w:rsidRPr="002C7869" w:rsidRDefault="00000000" w:rsidP="007E236E">
      <w:pPr>
        <w:pStyle w:val="Ttulo2"/>
        <w:spacing w:line="240" w:lineRule="auto"/>
        <w:rPr>
          <w:color w:val="000000" w:themeColor="text1"/>
        </w:rPr>
      </w:pPr>
      <w:r w:rsidRPr="002C7869">
        <w:rPr>
          <w:color w:val="000000" w:themeColor="text1"/>
        </w:rPr>
        <w:t>Experiencia Laboral</w:t>
      </w:r>
    </w:p>
    <w:p w14:paraId="4F2B60FE" w14:textId="77777777" w:rsidR="007E236E" w:rsidRPr="00B721DC" w:rsidRDefault="00000000" w:rsidP="007E236E">
      <w:pPr>
        <w:spacing w:line="240" w:lineRule="auto"/>
        <w:rPr>
          <w:lang w:val="es-MX"/>
        </w:rPr>
      </w:pPr>
      <w:r w:rsidRPr="00B721DC">
        <w:rPr>
          <w:b/>
          <w:lang w:val="es-MX"/>
        </w:rPr>
        <w:t xml:space="preserve">Seguridad Privada Eficiente S.A. de C.V. — </w:t>
      </w:r>
      <w:proofErr w:type="gramStart"/>
      <w:r w:rsidRPr="00B721DC">
        <w:rPr>
          <w:b/>
          <w:lang w:val="es-MX"/>
        </w:rPr>
        <w:t>Jefe</w:t>
      </w:r>
      <w:proofErr w:type="gramEnd"/>
      <w:r w:rsidRPr="00B721DC">
        <w:rPr>
          <w:b/>
          <w:lang w:val="es-MX"/>
        </w:rPr>
        <w:t xml:space="preserve"> de turno</w:t>
      </w:r>
    </w:p>
    <w:p w14:paraId="33054CF3" w14:textId="48AE3FEE" w:rsidR="006E7047" w:rsidRDefault="007E236E" w:rsidP="007E236E">
      <w:pPr>
        <w:spacing w:line="240" w:lineRule="auto"/>
      </w:pPr>
      <w:r>
        <w:t>S.L.P. | 3 años</w:t>
      </w:r>
    </w:p>
    <w:p w14:paraId="6D65DFD0" w14:textId="77777777" w:rsidR="006E7047" w:rsidRPr="00B721DC" w:rsidRDefault="00000000" w:rsidP="007E236E">
      <w:pPr>
        <w:pStyle w:val="Listaconvietas"/>
        <w:spacing w:line="240" w:lineRule="auto"/>
        <w:rPr>
          <w:lang w:val="es-MX"/>
        </w:rPr>
      </w:pPr>
      <w:r w:rsidRPr="00B721DC">
        <w:rPr>
          <w:lang w:val="es-MX"/>
        </w:rPr>
        <w:t>• Supervisión y coordinación de personal de seguridad.</w:t>
      </w:r>
    </w:p>
    <w:p w14:paraId="78483116" w14:textId="77777777" w:rsidR="006E7047" w:rsidRPr="00B721DC" w:rsidRDefault="00000000" w:rsidP="007E236E">
      <w:pPr>
        <w:pStyle w:val="Listaconvietas"/>
        <w:spacing w:line="240" w:lineRule="auto"/>
        <w:rPr>
          <w:lang w:val="es-MX"/>
        </w:rPr>
      </w:pPr>
      <w:r w:rsidRPr="00B721DC">
        <w:rPr>
          <w:lang w:val="es-MX"/>
        </w:rPr>
        <w:t>• Monitoreo CCTV, control de accesos y cumplimiento de normas de seguridad industrial.</w:t>
      </w:r>
    </w:p>
    <w:p w14:paraId="04900305" w14:textId="05ED505B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b/>
          <w:lang w:val="es-MX"/>
        </w:rPr>
        <w:t>J</w:t>
      </w:r>
      <w:r w:rsidR="007E236E" w:rsidRPr="00B721DC">
        <w:rPr>
          <w:b/>
          <w:lang w:val="es-MX"/>
        </w:rPr>
        <w:t>R</w:t>
      </w:r>
      <w:r w:rsidRPr="00B721DC">
        <w:rPr>
          <w:b/>
          <w:lang w:val="es-MX"/>
        </w:rPr>
        <w:t xml:space="preserve"> Din</w:t>
      </w:r>
      <w:r w:rsidR="007E236E" w:rsidRPr="00B721DC">
        <w:rPr>
          <w:b/>
          <w:lang w:val="es-MX"/>
        </w:rPr>
        <w:t>nova</w:t>
      </w:r>
      <w:r w:rsidRPr="00B721DC">
        <w:rPr>
          <w:b/>
          <w:lang w:val="es-MX"/>
        </w:rPr>
        <w:t xml:space="preserve"> S.A. de C.V. — Ayudante general / carpintero</w:t>
      </w:r>
    </w:p>
    <w:p w14:paraId="23D08B31" w14:textId="5FD75863" w:rsidR="006E7047" w:rsidRDefault="00000000" w:rsidP="007E236E">
      <w:pPr>
        <w:spacing w:line="240" w:lineRule="auto"/>
      </w:pPr>
      <w:r>
        <w:t>S.L.P. | 2 meses</w:t>
      </w:r>
    </w:p>
    <w:p w14:paraId="1278AF5E" w14:textId="77777777" w:rsidR="006E7047" w:rsidRPr="00B721DC" w:rsidRDefault="00000000" w:rsidP="007E236E">
      <w:pPr>
        <w:pStyle w:val="Listaconvietas"/>
        <w:spacing w:line="240" w:lineRule="auto"/>
        <w:rPr>
          <w:lang w:val="es-MX"/>
        </w:rPr>
      </w:pPr>
      <w:r w:rsidRPr="00B721DC">
        <w:rPr>
          <w:lang w:val="es-MX"/>
        </w:rPr>
        <w:t>• Apoyo en labores generales y mantenimiento.</w:t>
      </w:r>
    </w:p>
    <w:p w14:paraId="3AEC7773" w14:textId="77777777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b/>
          <w:lang w:val="es-MX"/>
        </w:rPr>
        <w:t>Nidec Motor Corporation — Operador de producción</w:t>
      </w:r>
    </w:p>
    <w:p w14:paraId="1CAF4980" w14:textId="77777777" w:rsidR="006E7047" w:rsidRDefault="00000000" w:rsidP="007E236E">
      <w:pPr>
        <w:spacing w:line="240" w:lineRule="auto"/>
      </w:pPr>
      <w:r>
        <w:t>Parque Industrial Millennium | 3 meses</w:t>
      </w:r>
    </w:p>
    <w:p w14:paraId="0BA37B5C" w14:textId="77777777" w:rsidR="006E7047" w:rsidRPr="00B721DC" w:rsidRDefault="00000000" w:rsidP="007E236E">
      <w:pPr>
        <w:pStyle w:val="Listaconvietas"/>
        <w:spacing w:line="240" w:lineRule="auto"/>
        <w:rPr>
          <w:lang w:val="es-MX"/>
        </w:rPr>
      </w:pPr>
      <w:r w:rsidRPr="00B721DC">
        <w:rPr>
          <w:lang w:val="es-MX"/>
        </w:rPr>
        <w:t>• Operación de maquinaria y control de calidad.</w:t>
      </w:r>
    </w:p>
    <w:p w14:paraId="19C03351" w14:textId="77777777" w:rsidR="006E7047" w:rsidRPr="00B721DC" w:rsidRDefault="00000000" w:rsidP="007E236E">
      <w:pPr>
        <w:pStyle w:val="Ttulo2"/>
        <w:spacing w:line="240" w:lineRule="auto"/>
        <w:rPr>
          <w:color w:val="000000" w:themeColor="text1"/>
          <w:lang w:val="es-MX"/>
        </w:rPr>
      </w:pPr>
      <w:r w:rsidRPr="00B721DC">
        <w:rPr>
          <w:color w:val="000000" w:themeColor="text1"/>
          <w:lang w:val="es-MX"/>
        </w:rPr>
        <w:t>Conocimientos y Habilidades</w:t>
      </w:r>
    </w:p>
    <w:p w14:paraId="7D7D7B6B" w14:textId="6EFBE28E" w:rsidR="006E7047" w:rsidRPr="00B721DC" w:rsidRDefault="00000000" w:rsidP="007E236E">
      <w:pPr>
        <w:spacing w:line="240" w:lineRule="auto"/>
        <w:rPr>
          <w:lang w:val="es-MX"/>
        </w:rPr>
      </w:pPr>
      <w:r w:rsidRPr="00B721DC">
        <w:rPr>
          <w:lang w:val="es-MX"/>
        </w:rPr>
        <w:t xml:space="preserve">Idiomas: </w:t>
      </w:r>
      <w:proofErr w:type="gramStart"/>
      <w:r w:rsidRPr="00B721DC">
        <w:rPr>
          <w:lang w:val="es-MX"/>
        </w:rPr>
        <w:t>Español</w:t>
      </w:r>
      <w:proofErr w:type="gramEnd"/>
      <w:r w:rsidRPr="00B721DC">
        <w:rPr>
          <w:lang w:val="es-MX"/>
        </w:rPr>
        <w:t xml:space="preserve"> nativo / Inglés 30%</w:t>
      </w:r>
      <w:r w:rsidRPr="00B721DC">
        <w:rPr>
          <w:lang w:val="es-MX"/>
        </w:rPr>
        <w:br/>
        <w:t>Software: Windows, Office (Word, Excel, PowerPoint)</w:t>
      </w:r>
      <w:r w:rsidRPr="00B721DC">
        <w:rPr>
          <w:lang w:val="es-MX"/>
        </w:rPr>
        <w:br/>
        <w:t>Seguridad y Monitoreo: CCTV, CTPAT, OEA</w:t>
      </w:r>
      <w:r w:rsidRPr="00B721DC">
        <w:rPr>
          <w:lang w:val="es-MX"/>
        </w:rPr>
        <w:br/>
        <w:t>Otros: Capacidad de aprendizaje rápido, trabajo en equipo, puntualidad y servicio al cliente.</w:t>
      </w:r>
    </w:p>
    <w:p w14:paraId="5313F3E6" w14:textId="502F5BA5" w:rsidR="006E7047" w:rsidRPr="00B721DC" w:rsidRDefault="006E7047" w:rsidP="007E236E">
      <w:pPr>
        <w:spacing w:line="240" w:lineRule="auto"/>
        <w:rPr>
          <w:lang w:val="es-MX"/>
        </w:rPr>
      </w:pPr>
    </w:p>
    <w:sectPr w:rsidR="006E7047" w:rsidRPr="00B721D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7413701">
    <w:abstractNumId w:val="8"/>
  </w:num>
  <w:num w:numId="2" w16cid:durableId="87580041">
    <w:abstractNumId w:val="6"/>
  </w:num>
  <w:num w:numId="3" w16cid:durableId="1408530497">
    <w:abstractNumId w:val="5"/>
  </w:num>
  <w:num w:numId="4" w16cid:durableId="114522671">
    <w:abstractNumId w:val="4"/>
  </w:num>
  <w:num w:numId="5" w16cid:durableId="334963759">
    <w:abstractNumId w:val="7"/>
  </w:num>
  <w:num w:numId="6" w16cid:durableId="1953785281">
    <w:abstractNumId w:val="3"/>
  </w:num>
  <w:num w:numId="7" w16cid:durableId="1623607250">
    <w:abstractNumId w:val="2"/>
  </w:num>
  <w:num w:numId="8" w16cid:durableId="1030379566">
    <w:abstractNumId w:val="1"/>
  </w:num>
  <w:num w:numId="9" w16cid:durableId="240602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0165"/>
    <w:rsid w:val="002C7869"/>
    <w:rsid w:val="00326F90"/>
    <w:rsid w:val="0047336D"/>
    <w:rsid w:val="00667C9C"/>
    <w:rsid w:val="006E7047"/>
    <w:rsid w:val="007E236E"/>
    <w:rsid w:val="00992506"/>
    <w:rsid w:val="00AA1D8D"/>
    <w:rsid w:val="00B47730"/>
    <w:rsid w:val="00B721D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A10F02"/>
  <w14:defaultImageDpi w14:val="300"/>
  <w15:docId w15:val="{429285D3-45B8-F749-A1D5-227A41468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223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ArchivoMAC</cp:lastModifiedBy>
  <cp:revision>3</cp:revision>
  <dcterms:created xsi:type="dcterms:W3CDTF">2013-12-23T23:15:00Z</dcterms:created>
  <dcterms:modified xsi:type="dcterms:W3CDTF">2025-12-09T21:41:00Z</dcterms:modified>
  <cp:category/>
</cp:coreProperties>
</file>